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3AD6" w14:textId="77777777" w:rsidR="00F038DE" w:rsidRPr="0091633E" w:rsidRDefault="0091633E">
      <w:pPr>
        <w:spacing w:after="40"/>
        <w:jc w:val="center"/>
        <w:rPr>
          <w:lang w:val="hr-HR"/>
        </w:rPr>
      </w:pPr>
      <w:r w:rsidRPr="0091633E">
        <w:rPr>
          <w:b/>
          <w:lang w:val="hr-HR"/>
        </w:rPr>
        <w:t>HRVATSKI JUDO SAVEZ</w:t>
      </w:r>
    </w:p>
    <w:p w14:paraId="014AC64A" w14:textId="77777777" w:rsidR="00F038DE" w:rsidRPr="0091633E" w:rsidRDefault="0091633E">
      <w:pPr>
        <w:spacing w:after="40"/>
        <w:jc w:val="center"/>
        <w:rPr>
          <w:lang w:val="hr-HR"/>
        </w:rPr>
      </w:pPr>
      <w:r w:rsidRPr="0091633E">
        <w:rPr>
          <w:b/>
          <w:sz w:val="24"/>
          <w:lang w:val="hr-HR"/>
        </w:rPr>
        <w:t>OBRAZAC</w:t>
      </w:r>
    </w:p>
    <w:p w14:paraId="2CA5AE3F" w14:textId="77777777" w:rsidR="00F038DE" w:rsidRPr="0091633E" w:rsidRDefault="0091633E">
      <w:pPr>
        <w:spacing w:after="160"/>
        <w:jc w:val="center"/>
        <w:rPr>
          <w:lang w:val="hr-HR"/>
        </w:rPr>
      </w:pPr>
      <w:r w:rsidRPr="0091633E">
        <w:rPr>
          <w:b/>
          <w:lang w:val="hr-HR"/>
        </w:rPr>
        <w:t>za sudjelovanje u savjetovanju s javnošću o Nacrtu Pravilnika o provedbi postupaka jednostavne nabave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5669"/>
      </w:tblGrid>
      <w:tr w:rsidR="00F038DE" w:rsidRPr="0091633E" w14:paraId="69DA39C0" w14:textId="77777777">
        <w:trPr>
          <w:cantSplit/>
          <w:trHeight w:val="60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A7B8C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Naziv akta / dokumenta za koji se provodi savjetovanje: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2A0A8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Nacrt Pravilnika o provedbi postupaka jednostavne nabave Hrvatskog judo saveza</w:t>
            </w:r>
          </w:p>
        </w:tc>
      </w:tr>
      <w:tr w:rsidR="00F038DE" w:rsidRPr="0091633E" w14:paraId="01009319" w14:textId="77777777">
        <w:trPr>
          <w:cantSplit/>
          <w:trHeight w:val="44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E66A2A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Nositelj izrade akta / dokumenta: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83D147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Hrvatski judo savez</w:t>
            </w:r>
          </w:p>
        </w:tc>
      </w:tr>
      <w:tr w:rsidR="00F038DE" w:rsidRPr="0091633E" w14:paraId="1EFD19C3" w14:textId="77777777">
        <w:trPr>
          <w:cantSplit/>
          <w:trHeight w:val="4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7D4B1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Početak savjetovanja: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73D07" w14:textId="053A0CCF" w:rsidR="00F038DE" w:rsidRPr="0091633E" w:rsidRDefault="00E80968">
            <w:pPr>
              <w:spacing w:after="0"/>
              <w:rPr>
                <w:lang w:val="hr-HR"/>
              </w:rPr>
            </w:pPr>
            <w:r>
              <w:rPr>
                <w:sz w:val="21"/>
                <w:lang w:val="hr-HR"/>
              </w:rPr>
              <w:t>15. rujna</w:t>
            </w:r>
            <w:r w:rsidR="0091633E" w:rsidRPr="0091633E">
              <w:rPr>
                <w:sz w:val="21"/>
                <w:lang w:val="hr-HR"/>
              </w:rPr>
              <w:t xml:space="preserve"> 2026. godine</w:t>
            </w:r>
          </w:p>
        </w:tc>
      </w:tr>
      <w:tr w:rsidR="00F038DE" w:rsidRPr="0091633E" w14:paraId="3C8F47BA" w14:textId="77777777">
        <w:trPr>
          <w:cantSplit/>
          <w:trHeight w:val="4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21252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Završetak savjetovanja: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5D4BF" w14:textId="2ECF5457" w:rsidR="00F038DE" w:rsidRPr="0091633E" w:rsidRDefault="00B7556C">
            <w:pPr>
              <w:spacing w:after="0"/>
              <w:rPr>
                <w:lang w:val="hr-HR"/>
              </w:rPr>
            </w:pPr>
            <w:r w:rsidRPr="00B7556C">
              <w:rPr>
                <w:sz w:val="21"/>
              </w:rPr>
              <w:t xml:space="preserve">15. </w:t>
            </w:r>
            <w:proofErr w:type="spellStart"/>
            <w:r w:rsidRPr="00B7556C">
              <w:rPr>
                <w:sz w:val="21"/>
              </w:rPr>
              <w:t>listopada</w:t>
            </w:r>
            <w:proofErr w:type="spellEnd"/>
            <w:r w:rsidRPr="00B7556C">
              <w:rPr>
                <w:sz w:val="21"/>
              </w:rPr>
              <w:t xml:space="preserve"> 2026. </w:t>
            </w:r>
            <w:proofErr w:type="spellStart"/>
            <w:r w:rsidRPr="00B7556C">
              <w:rPr>
                <w:sz w:val="21"/>
              </w:rPr>
              <w:t>godine</w:t>
            </w:r>
            <w:proofErr w:type="spellEnd"/>
            <w:r w:rsidRPr="00B7556C">
              <w:rPr>
                <w:sz w:val="21"/>
              </w:rPr>
              <w:t xml:space="preserve"> u 23:59 sati</w:t>
            </w:r>
          </w:p>
        </w:tc>
      </w:tr>
      <w:tr w:rsidR="00F038DE" w:rsidRPr="0091633E" w14:paraId="5AC64CF5" w14:textId="77777777">
        <w:trPr>
          <w:cantSplit/>
          <w:trHeight w:val="8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F8814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Podnositelj prijedloga i mišljenja</w:t>
            </w:r>
            <w:r w:rsidRPr="0091633E">
              <w:rPr>
                <w:sz w:val="21"/>
                <w:lang w:val="hr-HR"/>
              </w:rPr>
              <w:br/>
              <w:t>(ime i prezime fizičke osobe odnosno naziv pravne osobe)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D45B7B" w14:textId="77777777" w:rsidR="00F038DE" w:rsidRPr="0091633E" w:rsidRDefault="00F038DE">
            <w:pPr>
              <w:spacing w:after="0"/>
              <w:rPr>
                <w:lang w:val="hr-HR"/>
              </w:rPr>
            </w:pPr>
          </w:p>
        </w:tc>
      </w:tr>
      <w:tr w:rsidR="00F038DE" w:rsidRPr="0091633E" w14:paraId="2AD774A1" w14:textId="77777777">
        <w:trPr>
          <w:cantSplit/>
          <w:trHeight w:val="8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33397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Interes odnosno kategorija korisnika koju podnositelj predstavlja</w:t>
            </w:r>
            <w:r w:rsidRPr="0091633E">
              <w:rPr>
                <w:sz w:val="21"/>
                <w:lang w:val="hr-HR"/>
              </w:rPr>
              <w:br/>
              <w:t>(npr. građanin, udruga, sportski klub, gospodarski subjekt i dr.)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EE081" w14:textId="77777777" w:rsidR="00F038DE" w:rsidRPr="0091633E" w:rsidRDefault="00F038DE">
            <w:pPr>
              <w:spacing w:after="0"/>
              <w:rPr>
                <w:lang w:val="hr-HR"/>
              </w:rPr>
            </w:pPr>
          </w:p>
        </w:tc>
      </w:tr>
      <w:tr w:rsidR="00F038DE" w:rsidRPr="0091633E" w14:paraId="267E9E8E" w14:textId="77777777">
        <w:trPr>
          <w:cantSplit/>
          <w:trHeight w:val="8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20E12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Ime i prezime osobe koja je sastavila primjedbe odnosno osobe ovlaštene za zastupanje pravne osobe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28A41" w14:textId="77777777" w:rsidR="00F038DE" w:rsidRPr="0091633E" w:rsidRDefault="00F038DE">
            <w:pPr>
              <w:spacing w:after="0"/>
              <w:rPr>
                <w:lang w:val="hr-HR"/>
              </w:rPr>
            </w:pPr>
          </w:p>
        </w:tc>
      </w:tr>
      <w:tr w:rsidR="00F038DE" w:rsidRPr="0091633E" w14:paraId="42210213" w14:textId="77777777">
        <w:trPr>
          <w:cantSplit/>
          <w:trHeight w:val="65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5773D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Kontakt podaci</w:t>
            </w:r>
            <w:r w:rsidRPr="0091633E">
              <w:rPr>
                <w:sz w:val="21"/>
                <w:lang w:val="hr-HR"/>
              </w:rPr>
              <w:br/>
              <w:t>(e-mail i/ili telefon)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C4E35" w14:textId="77777777" w:rsidR="00F038DE" w:rsidRPr="0091633E" w:rsidRDefault="00F038DE">
            <w:pPr>
              <w:spacing w:after="0"/>
              <w:rPr>
                <w:lang w:val="hr-HR"/>
              </w:rPr>
            </w:pPr>
          </w:p>
        </w:tc>
      </w:tr>
      <w:tr w:rsidR="00F038DE" w:rsidRPr="0091633E" w14:paraId="0A4F01FD" w14:textId="77777777">
        <w:trPr>
          <w:cantSplit/>
          <w:trHeight w:val="420"/>
          <w:jc w:val="center"/>
        </w:trPr>
        <w:tc>
          <w:tcPr>
            <w:tcW w:w="9751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95CEF" w14:textId="77777777" w:rsidR="00F038DE" w:rsidRPr="0091633E" w:rsidRDefault="0091633E">
            <w:pPr>
              <w:spacing w:after="0"/>
              <w:jc w:val="center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NAČELNI PRIJEDLOZI I MIŠLJENJE NA NACRT PRAVILNIKA</w:t>
            </w:r>
          </w:p>
        </w:tc>
      </w:tr>
      <w:tr w:rsidR="00F038DE" w:rsidRPr="0091633E" w14:paraId="2894B087" w14:textId="77777777" w:rsidTr="007664FD">
        <w:trPr>
          <w:cantSplit/>
          <w:trHeight w:val="5221"/>
          <w:jc w:val="center"/>
        </w:trPr>
        <w:tc>
          <w:tcPr>
            <w:tcW w:w="9751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BED20" w14:textId="77777777" w:rsidR="00F038DE" w:rsidRPr="0091633E" w:rsidRDefault="00F038DE">
            <w:pPr>
              <w:spacing w:after="0"/>
              <w:rPr>
                <w:lang w:val="hr-HR"/>
              </w:rPr>
            </w:pPr>
          </w:p>
        </w:tc>
      </w:tr>
      <w:tr w:rsidR="00F038DE" w:rsidRPr="0091633E" w14:paraId="51DC03A5" w14:textId="77777777">
        <w:trPr>
          <w:cantSplit/>
          <w:trHeight w:val="420"/>
          <w:jc w:val="center"/>
        </w:trPr>
        <w:tc>
          <w:tcPr>
            <w:tcW w:w="9751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504F4" w14:textId="77777777" w:rsidR="00F038DE" w:rsidRPr="0091633E" w:rsidRDefault="0091633E">
            <w:pPr>
              <w:spacing w:after="0"/>
              <w:jc w:val="center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lastRenderedPageBreak/>
              <w:t>PRIMJEDBE NA POJEDINE ČLANKE ILI DIJELOVE NACRTA PRAVILNIKA</w:t>
            </w:r>
          </w:p>
        </w:tc>
      </w:tr>
      <w:tr w:rsidR="00F038DE" w:rsidRPr="0091633E" w14:paraId="2ACB7A78" w14:textId="77777777">
        <w:trPr>
          <w:cantSplit/>
          <w:trHeight w:val="95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4A64A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Članak / dio Nacrta Pravilnika:</w:t>
            </w:r>
            <w:r w:rsidRPr="0091633E">
              <w:rPr>
                <w:sz w:val="21"/>
                <w:lang w:val="hr-HR"/>
              </w:rPr>
              <w:br/>
            </w:r>
            <w:r w:rsidRPr="0091633E">
              <w:rPr>
                <w:sz w:val="21"/>
                <w:lang w:val="hr-HR"/>
              </w:rPr>
              <w:br/>
              <w:t>Prijedlog izmjene: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C1416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Obrazloženje prijedloga i mišljenja:</w:t>
            </w:r>
          </w:p>
        </w:tc>
      </w:tr>
      <w:tr w:rsidR="00F038DE" w:rsidRPr="0091633E" w14:paraId="6E335ED3" w14:textId="77777777">
        <w:trPr>
          <w:cantSplit/>
          <w:trHeight w:val="95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610F4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Članak / dio Nacrta Pravilnika:</w:t>
            </w:r>
            <w:r w:rsidRPr="0091633E">
              <w:rPr>
                <w:sz w:val="21"/>
                <w:lang w:val="hr-HR"/>
              </w:rPr>
              <w:br/>
            </w:r>
            <w:r w:rsidRPr="0091633E">
              <w:rPr>
                <w:sz w:val="21"/>
                <w:lang w:val="hr-HR"/>
              </w:rPr>
              <w:br/>
              <w:t>Prijedlog izmjene: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545CB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Obrazloženje prijedloga i mišljenja:</w:t>
            </w:r>
          </w:p>
        </w:tc>
      </w:tr>
      <w:tr w:rsidR="00F038DE" w:rsidRPr="0091633E" w14:paraId="693F92D5" w14:textId="77777777">
        <w:trPr>
          <w:cantSplit/>
          <w:trHeight w:val="95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9BBF0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Članak / dio Nacrta Pravilnika:</w:t>
            </w:r>
            <w:r w:rsidRPr="0091633E">
              <w:rPr>
                <w:sz w:val="21"/>
                <w:lang w:val="hr-HR"/>
              </w:rPr>
              <w:br/>
            </w:r>
            <w:r w:rsidRPr="0091633E">
              <w:rPr>
                <w:sz w:val="21"/>
                <w:lang w:val="hr-HR"/>
              </w:rPr>
              <w:br/>
              <w:t>Prijedlog izmjene: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BC69F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Obrazloženje prijedloga i mišljenja:</w:t>
            </w:r>
          </w:p>
        </w:tc>
      </w:tr>
      <w:tr w:rsidR="00F038DE" w:rsidRPr="0091633E" w14:paraId="0C08EDE3" w14:textId="77777777">
        <w:trPr>
          <w:cantSplit/>
          <w:trHeight w:val="420"/>
          <w:jc w:val="center"/>
        </w:trPr>
        <w:tc>
          <w:tcPr>
            <w:tcW w:w="408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0E3C0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b/>
                <w:sz w:val="21"/>
                <w:lang w:val="hr-HR"/>
              </w:rPr>
              <w:t>Datum dostavljanja prijedloga i mišljenja:</w:t>
            </w:r>
          </w:p>
        </w:tc>
        <w:tc>
          <w:tcPr>
            <w:tcW w:w="566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E0595" w14:textId="77777777" w:rsidR="00F038DE" w:rsidRPr="0091633E" w:rsidRDefault="0091633E">
            <w:pPr>
              <w:spacing w:after="0"/>
              <w:rPr>
                <w:lang w:val="hr-HR"/>
              </w:rPr>
            </w:pPr>
            <w:r w:rsidRPr="0091633E">
              <w:rPr>
                <w:sz w:val="21"/>
                <w:lang w:val="hr-HR"/>
              </w:rPr>
              <w:t>________________ 2026. godine</w:t>
            </w:r>
          </w:p>
        </w:tc>
      </w:tr>
    </w:tbl>
    <w:p w14:paraId="4D9ADF40" w14:textId="4A515472" w:rsidR="00F038DE" w:rsidRDefault="00F038DE">
      <w:pPr>
        <w:rPr>
          <w:lang w:val="hr-HR"/>
        </w:rPr>
      </w:pPr>
    </w:p>
    <w:p w14:paraId="2D21695D" w14:textId="19E81CCD" w:rsidR="00B37BB1" w:rsidRPr="00B37BB1" w:rsidRDefault="00B37BB1">
      <w:pPr>
        <w:rPr>
          <w:lang w:val="hr-HR"/>
        </w:rPr>
      </w:pPr>
      <w:r w:rsidRPr="00B37BB1">
        <w:rPr>
          <w:lang w:val="hr-HR"/>
        </w:rPr>
        <w:t>Kontaktni podaci (adresa elektroničke pošte i broj telefona) koriste se isključivo za komunikaciju u vezi s dostavljenim prijedlozima, primjedbama i mišljenjima te se neće javno objavljivati, uključujući u Izvješću o provedenom savjetovanju s javnošću.</w:t>
      </w:r>
    </w:p>
    <w:p w14:paraId="49738685" w14:textId="636CCEBE" w:rsidR="00F038DE" w:rsidRPr="0091633E" w:rsidRDefault="0091633E">
      <w:pPr>
        <w:spacing w:after="100"/>
        <w:jc w:val="both"/>
        <w:rPr>
          <w:lang w:val="hr-HR"/>
        </w:rPr>
      </w:pPr>
      <w:r w:rsidRPr="0091633E">
        <w:rPr>
          <w:sz w:val="20"/>
          <w:lang w:val="hr-HR"/>
        </w:rPr>
        <w:t xml:space="preserve">Popunjeni obrazac potrebno je dostaviti najkasnije do završetka savjetovanja na adresu elektroničke pošte office@judo.hr, uz naznaku predmeta: „Savjetovanje s javnošću </w:t>
      </w:r>
      <w:r>
        <w:rPr>
          <w:sz w:val="20"/>
          <w:lang w:val="hr-HR"/>
        </w:rPr>
        <w:t>-</w:t>
      </w:r>
      <w:r w:rsidRPr="0091633E">
        <w:rPr>
          <w:sz w:val="20"/>
          <w:lang w:val="hr-HR"/>
        </w:rPr>
        <w:t xml:space="preserve"> Pravilnik o provedbi postupaka jednostavne nabave“.</w:t>
      </w:r>
    </w:p>
    <w:p w14:paraId="6FFC8836" w14:textId="77777777" w:rsidR="00F038DE" w:rsidRPr="0091633E" w:rsidRDefault="0091633E">
      <w:pPr>
        <w:spacing w:after="0"/>
        <w:jc w:val="both"/>
        <w:rPr>
          <w:lang w:val="hr-HR"/>
        </w:rPr>
      </w:pPr>
      <w:r w:rsidRPr="0091633E">
        <w:rPr>
          <w:sz w:val="20"/>
          <w:lang w:val="hr-HR"/>
        </w:rPr>
        <w:t>Po završetku savjetovanja svi pravodobno zaprimljeni prijedlozi, primjedbe i mišljenja bit će razmotreni, a prihvaćeni i neprihvaćeni prijedlozi s obrazloženjima bit će prikazani u Izvješću o provedenom savjetovanju s javnošću. Ako podnositelj ne želi da njegovo ime i prezime bude javno objavljeno u Izvješću, potrebno je to jasno naznačiti prilikom dostave obrasca.</w:t>
      </w:r>
    </w:p>
    <w:sectPr w:rsidR="00F038DE" w:rsidRPr="0091633E" w:rsidSect="007664FD">
      <w:pgSz w:w="11906" w:h="16838" w:code="9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6C41"/>
    <w:rsid w:val="007664FD"/>
    <w:rsid w:val="0091633E"/>
    <w:rsid w:val="00AA1D8D"/>
    <w:rsid w:val="00B37BB1"/>
    <w:rsid w:val="00B47730"/>
    <w:rsid w:val="00B7556C"/>
    <w:rsid w:val="00CB0664"/>
    <w:rsid w:val="00CB0FD4"/>
    <w:rsid w:val="00E80968"/>
    <w:rsid w:val="00F038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A8A01"/>
  <w14:defaultImageDpi w14:val="300"/>
  <w15:docId w15:val="{AC60F42A-34E0-4ED0-A05F-82E94B29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1803</Characters>
  <Application>Microsoft Office Word</Application>
  <DocSecurity>0</DocSecurity>
  <Lines>51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HJS</dc:creator>
  <cp:keywords/>
  <dc:description/>
  <cp:lastModifiedBy>Miro</cp:lastModifiedBy>
  <cp:revision>6</cp:revision>
  <dcterms:created xsi:type="dcterms:W3CDTF">2026-09-15T11:27:00Z</dcterms:created>
  <dcterms:modified xsi:type="dcterms:W3CDTF">2026-09-15T12:19:00Z</dcterms:modified>
  <cp:category/>
</cp:coreProperties>
</file>